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לחץ חברתי גלוי וסמוי ולתרגל דרכים לומר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ברשת ולמה שיתוף הוא בחירה ולא הכרח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איך נותנים הבטחות באחריות ואיך מתקנים כשלא עומדים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עדין שלא תמיד מורגש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הייתי מוכן שזה יוצג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מבטיחים רק מה שבשליטתנו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להעביר הלאה ולדבר עם מי שהעלה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מידע שנשלח יכול להישאר ולהתפשט גם אם מוחקים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דרכים מכבדות לסרב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מבטיחים רק מה שבשליטתנו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הוא בחירה ויש לו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תמיד יש למי לפנות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(כולם בורחים מהשיעור ואני מתלבט/ת)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(לחשוב לפני ששולחים תמונה או הודעה)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(התחייבות שצריך לעמוד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בשבילי,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(לומר מוקדם ולהסביר מה 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לחץ לעשות משהו כי 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וחושבים מה מושך אותי ומה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מה נכון לי, לא מה שכולם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משתמשים במשפט סירוב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קשה, פונים למבוגר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בשבילי הפעם,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על כך מוקדם ככל האפשר, להסביר בכנות ולנסות לתקן או להציע חלופה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 הייתי מוכן/ה שההודעה הזו תוצג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של משפט סירוב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לבדיקה האם מוכנים שההודעה תוצג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החשיבות של לומר מוקדם ולתקן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קו על הרצפה לפני מילוי הדף כדי לחבר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חובה לשתף דוגמאות אישיות – אפשר לענות כלליי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בסבב פתוח עם כלי אחד שכל תלמיד/ה בוחר לקחת איתו/ה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מתבגרים נתקלים כל הזמן בהחלטות קטנות וגדולות – מול חברים, ברשת ובהבטחות שנתנו. הדף הזה עוסק בדרכים לבחור בעצמנו גם כשקשה.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לחץ חברתי סמוי?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שרואים בבירור בכרזות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עדין שלא תמיד מורגש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ישירה מהורה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כלל 10 השניות, מה שואלים לפני ששולחים הודעה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זה ייקח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הייתי מוכן שזה יוצג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אותיות יש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כתב את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לגבי הבטחה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מבטיחים כל מה שמבקשים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מבטיחים רק מה שבשליטתנו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עדיף לא להבטיח כלום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הבטחה היא רק מילה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מישהו שולח לקבוצה צילום מסך של שיחה פרטית.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הלאה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להעביר הלאה ולדבר עם מי שהעלה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להגיב בצחוק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ולא לחשוב על זה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המשמעות של המשפט 'מה שנשלח – נשאר'?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הודעות ברשת נעלמות אחרי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שנשלח יכול להישאר ולהתפשט גם אם מוחקים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למחוק הכל בלי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 נשארות, לא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'לא' בלי לאבד את עצמי מול לחץ חברתי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להבטיח כל דבר כדי לא לאכזב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נעמוד בהבטחה, הכי טוב להגיד מוקדם ולתקן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של תמונה או מידע פרטי הוא תמיד מותר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כשקשה לעמוד בלחץ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ששולחים הודעה ברשת, יש לנו __________ שניות של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הבטחה היא __________ קטן בין שני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כשלוחצים עלינו ברשת או מול חברים, אפשר להשתמש במשפט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כשמבינים שלא נעמוד בהבטחה, חשוב לומר זאת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ביטחון __________ קודם לכול, גם מול לחץ חברתי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לפני ששולחים תמונה או הודעה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כולם בורחים מהשיעור ואני מתלבט/ת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הבטחה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בשבילי,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סירוב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לומר מוקדם ולהסביר 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 הבטחה שלא עמדנו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התחייבות שצריך לעמוד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קשה, פונים למבוגר 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מה נכון לי, לא מה שכולם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לחץ לעשות משהו כי כולם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וחושבים מה מושך אותי ומה המחיר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צריך, משתמשים במשפט סירוב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סירוב אחד שמתאים לכם לשימוש מול 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כשמבינים שלא נעמוד בהבטחה שנתנו?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השאלה שכדאי לשאול את עצמנו לפני ששולחים הודעה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סירוב אחד שתוכלו להשתמש בו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שואלים לפי כלל 10 השניות לפני ששולחים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כשמבינים שלא נעמוד בהבטחה?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ההחלטות שלי – לחץ חברתי, רשת ואחריות על הבטחות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