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מסילות אל הנפש – מסע של מידות, בחירה ואחריות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ההחלטות שלי – לחץ חברתי, רשת ואחריות על הבטחות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מצבים של לחץ חברתי גלוי וסמוי ולתרגל דרכים לומר לא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מהי אחריות ברשת ולמה שיתוף הוא בחירה ולא הכרח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לחשוב איך נותנים הבטחות באחריות ואיך מתקנים כשלא עומדים בהן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לחץ עדין שלא תמיד מורגש מיד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האם הייתי מוכן שזה יוצג לכולם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מבטיחים רק מה שבשליטתנו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לא להעביר הלאה ולדבר עם מי שהעלה את זה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מידע שנשלח יכול להישאר ולהתפשט גם אם מוחקים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יש דרכים מכבדות לסרב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מבטיחים רק מה שבשליטתנו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שומרים על אמון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שיתוף הוא בחירה ויש לו אחריות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תמיד יש למי לפנות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עשר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חוזה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סירוב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מוקדם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עצמי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(כולם בורחים מהשיעור ואני מתלבט/ת)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(לחשוב לפני ששולחים תמונה או הודעה)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(התחייבות שצריך לעמוד 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(לא בשבילי, תודה)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(לומר מוקדם ולהסביר מה קרה)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מרגישים לחץ לעשות משהו כי כולם עושים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עוצרים לרגע וחושבים מה מושך אותי ומה המחיר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בוחרים מה נכון לי, לא מה שכולם עושים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אם צריך, משתמשים במשפט סירוב מתאים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אם קשה, פונים למבוגר אמין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למשל: לא בשבילי הפעם, תודה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לומר על כך מוקדם ככל האפשר, להסביר בכנות ולנסות לתקן או להציע חלופה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האם הייתי מוכן/ה שההודעה הזו תוצג לכולם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הגיונית של משפט סירוב אישי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התייחסות לבדיקה האם מוכנים שההודעה תוצג לכולם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ציון החשיבות של לומר מוקדם ולתקן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בפעילות קו על הרצפה לפני מילוי הדף כדי לחבר רגשית לנושא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חשוב להדגיש שאין חובה לשתף דוגמאות אישיות – אפשר לענות כלליי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לסכם בסבב פתוח עם כלי אחד שכל תלמיד/ה בוחר לקחת איתו/ה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🧭 מסילות אל הנפש – מסע של מידות, בחירה ואחריות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ההחלטות שלי – לחץ חברתי, רשת ואחריות על הבטחות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לפעמים קשה להחליט לבד כשחברים לוחצים או ברשת. הדף הזה עוזר ללמוד איך לבחור נכון.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לחץ חברתי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כשמישהו מנסה לגרום לי לעשות משהו כי כולם עושים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לחץ סמוי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לחץ שלא רואים בגלוי, למשל מבטים או שתיקה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כלל 10 השניות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לעצור ולחשוב לפני ששולחים הודעה או תמונה ברשת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הבטחה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חוזה קטן בין שני אנשים לעשות משהו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 סירוב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משפט קצר שעוזר לומר לא בלי לפגוע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אחריות ברשת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לזכור שמה שנשלח יכול להישאר ולהתפשט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לשתף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להעביר מידע או תמונה הלאה לאחרים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מהו לחץ שלא רואים בגלוי?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לחץ שרואים בבירור בכרזות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לחץ עדין שלא תמיד מורגש 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בקשה ישירה מהורה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חוק בבית הספר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שואלים לפני ששולחים הודעה?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כמה זמן זה ייקח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האם הייתי מוכן שזה יוצג לכולם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כמה אותיות יש בהודעה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מי כתב את ההודעה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חשוב כשנותנים הבטחה?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מבטיחים כל מה שמבקשים מאיתנו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מבטיחים רק מה שבשליטתנו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עדיף לא להבטיח כלום אף פעם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הבטחה היא רק מילה בלי משמעות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עושים כשמעבירים שיחה פרטית בלי רשות?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להעביר הלאה לכולם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לא להעביר הלאה ולדבר עם מי שהעלה את זה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להגיב בצחוק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להתעלם ולא לחשוב על זה בכלל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למה חשוב לחשוב לפני ששולחים?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הודעות ברשת נעלמות אחרי 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מידע שנשלח יכול להישאר ולהתפשט גם אם מוחקים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אפשר למחוק הכל בלי בעיה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תמונות נשארות, לא טקסט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לומר 'לא' בלי לאבד את עצמי מול לחץ חברתי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כדאי להבטיח כל דבר כדי לא לאכזב אף אחד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אם לא נעמוד בהבטחה, הכי טוב להגיד מוקדם ולתקן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שיתוף של תמונה או מידע פרטי הוא תמיד מותר ברשת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לפנות למבוגר כשקשה לעמוד בלחץ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לפני ששולחים הודעה ברשת, יש לנו __________ שניות של בחירה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הבטחה היא __________ קטן בין שני אנשים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כשלוחצים עלינו ברשת או מול חברים, אפשר להשתמש במשפט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כשמבינים שלא נעמוד בהבטחה, חשוב לומר זאת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ביטחון __________ קודם לכול, גם מול לחץ חברתי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לחץ חברתי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לא בשבילי, תודה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אחריות ברשת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לומר מוקדם ולהסביר מה קרה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הבטחה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כולם בורחים מהשיעור ואני מתלבט/ת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משפט סירוב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לחשוב לפני ששולחים תמונה או הודעה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תיקון הבטחה שלא עמדנו בה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התחייבות שצריך לעמוד בה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בוחרים מה נכון לי, לא מה שכולם עושים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אם צריך, משתמשים במשפט סירוב מתאים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מרגישים לחץ לעשות משהו כי כולם עושים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אם קשה, פונים למבוגר אמין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עוצרים לרגע וחושבים מה מושך אותי ומה המחיר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סירוב אחד שמתאים לכם לשימוש מול חברים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אפשר לעשות כשמבינים שלא נעמוד בהבטחה שנתנו?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מהי השאלה שכדאי לשאול את עצמנו לפני ששולחים הודעה ברשת?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משפט סירוב אחד שתוכלו להשתמש בו השבוע?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שואלים לפי כלל 10 השניות לפני ששולחים ברשת?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עושים כשמבינים שלא נעמוד בהבטחה?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ההחלטות שלי – לחץ חברתי, רשת ואחריות על הבטחות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