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ההחלטות שלי – לחץ חברתי, רשת ואחריות על הבטחות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של לחץ חברתי גלוי וסמוי ולתרגל דרכים לומר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אחריות ברשת ולמה שיתוף הוא בחירה ולא הכרח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איך נותנים הבטחות באחריות ואיך מתקנים כשלא עומדים בהן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לחץ עדין שלא תמיד מורגש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האם הייתי מוכן שזה יוצג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מבטיחים רק מה שבשליטתנו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דרכים מכבדות לסרב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מבטיחים רק מה שבשליטתנו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שומרים על אמון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(כולם בורחים מהשיעור ואני מתלבט/ת)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(לחשוב לפני ששולחים תמונה או הודעה)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(התחייבות שצריך לעמוד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(לא בשבילי, תודה)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מרגישים לחץ לעשות משהו כי כולם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לרגע וחושבים מה מושך אותי ומה 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מה נכון לי, לא מה שכולם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צריך, משתמשים במשפט סירוב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לא בשבילי הפעם,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לומר על כך מוקדם ככל האפשר, להסביר בכנות ולנסות לתקן או להציע חלופה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של משפט סירוב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לבדיקה האם מוכנים שההודעה תוצג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החשיבות של לומר מוקדם ולתקן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בפעילות קו על הרצפה לפני מילוי הדף כדי לחבר רגשית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חובה לשתף דוגמאות אישיות – אפשר לענות כלליי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לסכם בסבב פתוח עם כלי אחד שכל תלמיד/ה בוחר לקחת איתו/ה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ההחלטות שלי – לחץ חברתי, רשת ואחריות על הבטחות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מתבגרים נתקלים כל הזמן בהחלטות קטנות וגדולות – מול חברים, ברשת ובהבטחות שנתנו. הדף הזה עוסק בדרכים לבחור בעצמנו גם כשקשה.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עשר  ·  חוזה  ·  סירוב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לחץ חברתי סמוי?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לחץ שרואים בבירור בכרזות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לחץ עדין שלא תמיד מורגש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בקשה ישירה מהורה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כלל 10 השניות, מה שואלים לפני ששולחים הודעה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 זמן זה ייקח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האם הייתי מוכן שזה יוצג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כמה אותיות יש בהודעה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נכון לגבי הבטחה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מבטיחים כל מה שמבקשים מאיתנו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מבטיחים רק מה שבשליטתנו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עדיף לא להבטיח כלום אף פעם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לומר 'לא' בלי לאבד את עצמי מול לחץ חברתי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להבטיח כל דבר כדי לא לאכזב 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לא נעמוד בהבטחה, הכי טוב להגיד מוקדם ולתקן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ששולחים הודעה ברשת, יש לנו __________ שניות של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הבטחה היא __________ קטן בין שני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כשלוחצים עלינו ברשת או מול חברים, אפשר להשתמש במשפט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לחץ חברתי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 בשבילי,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אחריות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התחייבות שצריך לעמוד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הבטחה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לחשוב לפני ששולחים תמונה או הודעה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משפט סירוב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כולם בורחים מהשיעור ואני מתלבט/ת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לרגע וחושבים מה מושך אותי ומה המחיר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מרגישים לחץ לעשות משהו כי כולם עושים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צריך, משתמשים במשפט סירוב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מה נכון לי, לא מה שכולם עושים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סירוב אחד שמתאים לכם לשימוש מול חברים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אפשר לעשות כשמבינים שלא נעמוד בהבטחה שנתנו?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משפט סירוב אחד שתוכלו להשתמש בו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שואלים לפי כלל 10 השניות לפני ששולחים ברשת?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ההחלטות שלי – לחץ חברתי, רשת ואחריות על הבטחות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